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6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ltischule-webbingen_logo_25ts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6"/>
        </w:rPr>
        <w:t>Multischule Webbingen · Schulstraße 12 · 12345 Webbingen · sekretariat@multischule.de</w:t>
      </w:r>
    </w:p>
    <w:p>
      <w:pPr>
        <w:pStyle w:val="Heading1"/>
      </w:pPr>
      <w:r>
        <w:t>Abmeldung / Schulwechsel</w:t>
      </w:r>
    </w:p>
    <w:p>
      <w:r>
        <w:t>Bitte füllen Sie dieses Formular am Computer aus oder drucken Sie es aus. Geben Sie es spätestens zwei Wochen vor dem letzten Schultag im Sekretariat ab.</w:t>
      </w:r>
    </w:p>
    <w:p>
      <w:r>
        <w:rPr>
          <w:b/>
        </w:rPr>
        <w:t>Vor- und Nachname der Schülerin / des Schülers:</w:t>
      </w:r>
      <w:r>
        <w:tab/>
        <w:t>______________________________</w:t>
      </w:r>
    </w:p>
    <w:p>
      <w:r>
        <w:rPr>
          <w:b/>
        </w:rPr>
        <w:t>Klasse:</w:t>
      </w:r>
      <w:r>
        <w:tab/>
        <w:t>______________________________</w:t>
      </w:r>
    </w:p>
    <w:p>
      <w:r>
        <w:rPr>
          <w:b/>
        </w:rPr>
        <w:t>Letzter Schultag an der Multischule:</w:t>
      </w:r>
      <w:r>
        <w:tab/>
        <w:t>______________________________</w:t>
      </w:r>
    </w:p>
    <w:p>
      <w:r>
        <w:rPr>
          <w:b/>
        </w:rPr>
        <w:t>Neue Schule (Name, Ort):</w:t>
      </w:r>
      <w:r>
        <w:tab/>
        <w:t>______________________________</w:t>
      </w:r>
    </w:p>
    <w:p>
      <w:r>
        <w:rPr>
          <w:b/>
        </w:rPr>
        <w:t>Grund des Wechsels (freiwillig):</w:t>
      </w:r>
      <w:r>
        <w:tab/>
        <w:t>______________________________</w:t>
      </w:r>
    </w:p>
    <w:p>
      <w:pPr>
        <w:pStyle w:val="Heading2"/>
      </w:pPr>
      <w:r>
        <w:t>Rückgabe</w:t>
      </w:r>
    </w:p>
    <w:p>
      <w:r>
        <w:t>☐  Schulbücher zurückgegeben (Bibliothek)</w:t>
      </w:r>
    </w:p>
    <w:p>
      <w:r>
        <w:t>☐  Schließfachschlüssel zurückgegeben</w:t>
      </w:r>
    </w:p>
    <w:p>
      <w:r>
        <w:t>☐  Leihgeräte (Tablet) zurückgegeben</w:t>
      </w:r>
    </w:p>
    <w:p>
      <w:r>
        <w:br/>
        <w:br/>
        <w:t>Ort, Datum ____________________     Unterschrift der Erziehungsberechtigten ______________________________</w:t>
      </w:r>
    </w:p>
    <w:p>
      <w:r>
        <w:rPr>
          <w:color w:val="5B6470"/>
          <w:sz w:val="14"/>
        </w:rPr>
        <w:t>Demo-Dokument · Die Multischule Webbingen ist eine fiktive Schule – eine Demo-Website von contixmedia.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Abmeldung / Schulwechsel</dc:title>
  <dc:subject/>
  <dc:creator>Multischule Webbingen (Demo)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